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C89B3C"/>
          <w:sz w:val="22"/>
        </w:rPr>
        <w:t>EJLLP</w:t>
      </w:r>
    </w:p>
    <w:p>
      <w:pPr>
        <w:pStyle w:val="Title"/>
        <w:jc w:val="center"/>
      </w:pPr>
      <w:r>
        <w:t>MANUSCRIPT TEMPLATE</w:t>
      </w:r>
    </w:p>
    <w:p>
      <w:pPr>
        <w:jc w:val="center"/>
      </w:pPr>
      <w:r>
        <w:rPr>
          <w:rFonts w:ascii="Arial" w:hAnsi="Arial"/>
          <w:b/>
          <w:color w:val="5F6B73"/>
          <w:sz w:val="22"/>
        </w:rPr>
        <w:t>European Journal of Law and Legal Practice</w:t>
      </w:r>
    </w:p>
    <w:tbl>
      <w:tblPr>
        <w:tblW w:type="auto" w:w="0"/>
        <w:jc w:val="center"/>
        <w:tblLayout w:type="fixed"/>
        <w:tblLook w:firstColumn="1" w:firstRow="1" w:lastColumn="0" w:lastRow="0" w:noHBand="0" w:noVBand="1" w:val="04A0"/>
      </w:tblPr>
      <w:tblGrid>
        <w:gridCol w:w="8787"/>
      </w:tblGrid>
      <w:tr>
        <w:tc>
          <w:tcPr>
            <w:tcW w:type="dxa" w:w="9406"/>
            <w:shd w:fill="F5F8FA"/>
            <w:tcBorders>
              <w:top w:val="single" w:sz="8" w:color="D6DEE3"/>
              <w:left w:val="single" w:sz="8" w:color="D6DEE3"/>
              <w:bottom w:val="single" w:sz="8" w:color="D6DEE3"/>
              <w:right w:val="single" w:sz="8" w:color="D6DEE3"/>
            </w:tcBorders>
            <w:vAlign w:val="center"/>
          </w:tcPr>
          <w:p>
            <w:pPr>
              <w:pStyle w:val="TemplateInstruction"/>
            </w:pPr>
            <w:r>
              <w:rPr>
                <w:b/>
              </w:rPr>
              <w:t xml:space="preserve">How to use this template: </w:t>
            </w:r>
            <w:r>
              <w:t>Replace all text in [square brackets] with your own content. Delete instructional text before submission. Keep the heading structure unless a section is not relevant to your article. Complete the same metadata in the OJS submission form.</w:t>
            </w:r>
          </w:p>
        </w:tc>
      </w:tr>
    </w:tbl>
    <w:p/>
    <w:tbl>
      <w:tblPr>
        <w:tblW w:type="auto" w:w="0"/>
        <w:jc w:val="center"/>
        <w:tblLayout w:type="fixed"/>
        <w:tblLook w:firstColumn="1" w:firstRow="1" w:lastColumn="0" w:lastRow="0" w:noHBand="0" w:noVBand="1" w:val="04A0"/>
      </w:tblPr>
      <w:tblGrid>
        <w:gridCol w:w="4703"/>
        <w:gridCol w:w="4703"/>
      </w:tblGrid>
      <w:tr>
        <w:tc>
          <w:tcPr>
            <w:tcW w:type="dxa" w:w="2494"/>
            <w:shd w:fill="F3F5F7"/>
            <w:tcBorders>
              <w:bottom w:val="single" w:sz="5" w:color="D9E0E4"/>
            </w:tcBorders>
            <w:vAlign w:val="center"/>
          </w:tcPr>
          <w:p>
            <w:pPr>
              <w:pStyle w:val="MetadataLabel"/>
            </w:pPr>
            <w:r>
              <w:t>ARTICLE TYPE</w:t>
            </w:r>
          </w:p>
        </w:tc>
        <w:tc>
          <w:tcPr>
            <w:tcW w:type="dxa" w:w="6293"/>
            <w:tcBorders>
              <w:bottom w:val="single" w:sz="5" w:color="D9E0E4"/>
            </w:tcBorders>
            <w:vAlign w:val="center"/>
          </w:tcPr>
          <w:p>
            <w:pPr>
              <w:spacing w:after="0"/>
            </w:pPr>
            <w:r>
              <w:rPr>
                <w:rFonts w:ascii="Times New Roman" w:hAnsi="Times New Roman"/>
                <w:sz w:val="22"/>
              </w:rPr>
              <w:t>[Research Article / Review Article / Case Note / Commentary / Other]</w:t>
            </w:r>
          </w:p>
        </w:tc>
      </w:tr>
      <w:tr>
        <w:tc>
          <w:tcPr>
            <w:tcW w:type="dxa" w:w="2494"/>
            <w:shd w:fill="F3F5F7"/>
            <w:tcBorders>
              <w:bottom w:val="single" w:sz="5" w:color="D9E0E4"/>
            </w:tcBorders>
            <w:vAlign w:val="center"/>
          </w:tcPr>
          <w:p>
            <w:pPr>
              <w:pStyle w:val="MetadataLabel"/>
            </w:pPr>
            <w:r>
              <w:t>ARTICLE TITLE</w:t>
            </w:r>
          </w:p>
        </w:tc>
        <w:tc>
          <w:tcPr>
            <w:tcW w:type="dxa" w:w="6293"/>
            <w:tcBorders>
              <w:bottom w:val="single" w:sz="5" w:color="D9E0E4"/>
            </w:tcBorders>
            <w:vAlign w:val="center"/>
          </w:tcPr>
          <w:p>
            <w:pPr>
              <w:spacing w:after="0"/>
            </w:pPr>
            <w:r>
              <w:rPr>
                <w:rFonts w:ascii="Times New Roman" w:hAnsi="Times New Roman"/>
                <w:sz w:val="22"/>
              </w:rPr>
              <w:t>[Full title of the manuscript]</w:t>
            </w:r>
          </w:p>
        </w:tc>
      </w:tr>
      <w:tr>
        <w:tc>
          <w:tcPr>
            <w:tcW w:type="dxa" w:w="2494"/>
            <w:shd w:fill="F3F5F7"/>
            <w:tcBorders>
              <w:bottom w:val="single" w:sz="5" w:color="D9E0E4"/>
            </w:tcBorders>
            <w:vAlign w:val="center"/>
          </w:tcPr>
          <w:p>
            <w:pPr>
              <w:pStyle w:val="MetadataLabel"/>
            </w:pPr>
            <w:r>
              <w:t>SUBTITLE</w:t>
            </w:r>
          </w:p>
        </w:tc>
        <w:tc>
          <w:tcPr>
            <w:tcW w:type="dxa" w:w="6293"/>
            <w:tcBorders>
              <w:bottom w:val="single" w:sz="5" w:color="D9E0E4"/>
            </w:tcBorders>
            <w:vAlign w:val="center"/>
          </w:tcPr>
          <w:p>
            <w:pPr>
              <w:spacing w:after="0"/>
            </w:pPr>
            <w:r>
              <w:rPr>
                <w:rFonts w:ascii="Times New Roman" w:hAnsi="Times New Roman"/>
                <w:sz w:val="22"/>
              </w:rPr>
              <w:t>[Optional]</w:t>
            </w:r>
          </w:p>
        </w:tc>
      </w:tr>
      <w:tr>
        <w:tc>
          <w:tcPr>
            <w:tcW w:type="dxa" w:w="2494"/>
            <w:shd w:fill="F3F5F7"/>
            <w:tcBorders>
              <w:bottom w:val="single" w:sz="5" w:color="D9E0E4"/>
            </w:tcBorders>
            <w:vAlign w:val="center"/>
          </w:tcPr>
          <w:p>
            <w:pPr>
              <w:pStyle w:val="MetadataLabel"/>
            </w:pPr>
            <w:r>
              <w:t>AUTHOR(S)</w:t>
            </w:r>
          </w:p>
        </w:tc>
        <w:tc>
          <w:tcPr>
            <w:tcW w:type="dxa" w:w="6293"/>
            <w:tcBorders>
              <w:bottom w:val="single" w:sz="5" w:color="D9E0E4"/>
            </w:tcBorders>
            <w:vAlign w:val="center"/>
          </w:tcPr>
          <w:p>
            <w:pPr>
              <w:spacing w:after="0"/>
            </w:pPr>
            <w:r>
              <w:rPr>
                <w:rFonts w:ascii="Times New Roman" w:hAnsi="Times New Roman"/>
                <w:sz w:val="22"/>
              </w:rPr>
              <w:t>[Full name(s)]</w:t>
            </w:r>
          </w:p>
        </w:tc>
      </w:tr>
      <w:tr>
        <w:tc>
          <w:tcPr>
            <w:tcW w:type="dxa" w:w="2494"/>
            <w:shd w:fill="F3F5F7"/>
            <w:tcBorders>
              <w:bottom w:val="single" w:sz="5" w:color="D9E0E4"/>
            </w:tcBorders>
            <w:vAlign w:val="center"/>
          </w:tcPr>
          <w:p>
            <w:pPr>
              <w:pStyle w:val="MetadataLabel"/>
            </w:pPr>
            <w:r>
              <w:t>AFFILIATION(S)</w:t>
            </w:r>
          </w:p>
        </w:tc>
        <w:tc>
          <w:tcPr>
            <w:tcW w:type="dxa" w:w="6293"/>
            <w:tcBorders>
              <w:bottom w:val="single" w:sz="5" w:color="D9E0E4"/>
            </w:tcBorders>
            <w:vAlign w:val="center"/>
          </w:tcPr>
          <w:p>
            <w:pPr>
              <w:spacing w:after="0"/>
            </w:pPr>
            <w:r>
              <w:rPr>
                <w:rFonts w:ascii="Times New Roman" w:hAnsi="Times New Roman"/>
                <w:sz w:val="22"/>
              </w:rPr>
              <w:t>[Institution / organisation / Independent Researcher, country]</w:t>
            </w:r>
          </w:p>
        </w:tc>
      </w:tr>
      <w:tr>
        <w:tc>
          <w:tcPr>
            <w:tcW w:type="dxa" w:w="2494"/>
            <w:shd w:fill="F3F5F7"/>
            <w:tcBorders>
              <w:bottom w:val="single" w:sz="5" w:color="D9E0E4"/>
            </w:tcBorders>
            <w:vAlign w:val="center"/>
          </w:tcPr>
          <w:p>
            <w:pPr>
              <w:pStyle w:val="MetadataLabel"/>
            </w:pPr>
            <w:r>
              <w:t>ORCID iD</w:t>
            </w:r>
          </w:p>
        </w:tc>
        <w:tc>
          <w:tcPr>
            <w:tcW w:type="dxa" w:w="6293"/>
            <w:tcBorders>
              <w:bottom w:val="single" w:sz="5" w:color="D9E0E4"/>
            </w:tcBorders>
            <w:vAlign w:val="center"/>
          </w:tcPr>
          <w:p>
            <w:pPr>
              <w:spacing w:after="0"/>
            </w:pPr>
            <w:r>
              <w:rPr>
                <w:rFonts w:ascii="Times New Roman" w:hAnsi="Times New Roman"/>
                <w:sz w:val="22"/>
              </w:rPr>
              <w:t>[https://orcid.org/0000-0000-0000-0000]</w:t>
            </w:r>
          </w:p>
        </w:tc>
      </w:tr>
      <w:tr>
        <w:tc>
          <w:tcPr>
            <w:tcW w:type="dxa" w:w="2494"/>
            <w:shd w:fill="F3F5F7"/>
            <w:tcBorders>
              <w:bottom w:val="single" w:sz="5" w:color="D9E0E4"/>
            </w:tcBorders>
            <w:vAlign w:val="center"/>
          </w:tcPr>
          <w:p>
            <w:pPr>
              <w:pStyle w:val="MetadataLabel"/>
            </w:pPr>
            <w:r>
              <w:t>CORRESPONDING AUTHOR</w:t>
            </w:r>
          </w:p>
        </w:tc>
        <w:tc>
          <w:tcPr>
            <w:tcW w:type="dxa" w:w="6293"/>
            <w:tcBorders>
              <w:bottom w:val="single" w:sz="5" w:color="D9E0E4"/>
            </w:tcBorders>
            <w:vAlign w:val="center"/>
          </w:tcPr>
          <w:p>
            <w:pPr>
              <w:spacing w:after="0"/>
            </w:pPr>
            <w:r>
              <w:rPr>
                <w:rFonts w:ascii="Times New Roman" w:hAnsi="Times New Roman"/>
                <w:sz w:val="22"/>
              </w:rPr>
              <w:t>[Name and professional email address]</w:t>
            </w:r>
          </w:p>
        </w:tc>
      </w:tr>
    </w:tbl>
    <w:p>
      <w:pPr>
        <w:pStyle w:val="Heading1"/>
        <w:keepNext/>
        <w:pBdr>
          <w:bottom w:val="single" w:sz="8" w:space="1" w:color="C89B3C"/>
        </w:pBdr>
      </w:pPr>
      <w:r>
        <w:t>Abstract</w:t>
      </w:r>
    </w:p>
    <w:p>
      <w:pPr>
        <w:pStyle w:val="TemplateInstruction"/>
      </w:pPr>
      <w:r>
        <w:t>Provide a concise, self-contained summary of the purpose, approach, main arguments or findings, and principal conclusion. Follow the word limit stated in the EJLLP submission system.</w:t>
      </w:r>
    </w:p>
    <w:p>
      <w:pPr>
        <w:ind w:firstLine="0"/>
      </w:pPr>
      <w:r>
        <w:t>[Write abstract here.]</w:t>
      </w:r>
    </w:p>
    <w:p>
      <w:r>
        <w:rPr>
          <w:b/>
        </w:rPr>
        <w:t xml:space="preserve">Keywords: </w:t>
      </w:r>
      <w:r>
        <w:t>[keyword 1; keyword 2; keyword 3; keyword 4; keyword 5]</w:t>
      </w:r>
    </w:p>
    <w:p>
      <w:r>
        <w:rPr>
          <w:b/>
        </w:rPr>
        <w:t xml:space="preserve">Suggested citation (optional): </w:t>
      </w:r>
      <w:r>
        <w:t>[Author surname, First name. “Article Title.” European Journal of Law and Legal Practice, Vol. X, No. X (Year). DOI: ...]</w:t>
      </w:r>
    </w:p>
    <w:p>
      <w:pPr>
        <w:pStyle w:val="Heading1"/>
        <w:keepNext/>
        <w:pBdr>
          <w:bottom w:val="single" w:sz="8" w:space="1" w:color="C89B3C"/>
        </w:pBdr>
      </w:pPr>
      <w:r>
        <w:t>1. Introduction</w:t>
      </w:r>
    </w:p>
    <w:p>
      <w:pPr>
        <w:pStyle w:val="TemplateInstruction"/>
      </w:pPr>
      <w:r>
        <w:t>Introduce the legal issue or research problem, explain its significance, define the scope of the article, and state the principal research question(s), argument or objective.</w:t>
      </w:r>
    </w:p>
    <w:p>
      <w:r>
        <w:t>[Insert introduction here.]</w:t>
      </w:r>
    </w:p>
    <w:p>
      <w:pPr>
        <w:pStyle w:val="Heading1"/>
        <w:keepNext/>
        <w:pBdr>
          <w:bottom w:val="single" w:sz="8" w:space="1" w:color="C89B3C"/>
        </w:pBdr>
      </w:pPr>
      <w:r>
        <w:t>2. Legal and/or Theoretical Framework</w:t>
      </w:r>
    </w:p>
    <w:p>
      <w:pPr>
        <w:pStyle w:val="TemplateInstruction"/>
      </w:pPr>
      <w:r>
        <w:t>Set out the relevant legislation, case law, legal doctrine, policy framework, literature or theoretical background. Rename this section where appropriate.</w:t>
      </w:r>
    </w:p>
    <w:p>
      <w:r>
        <w:t>[Insert framework/background here.]</w:t>
      </w:r>
    </w:p>
    <w:p>
      <w:pPr>
        <w:pStyle w:val="Heading1"/>
        <w:keepNext/>
        <w:pBdr>
          <w:bottom w:val="single" w:sz="8" w:space="1" w:color="C89B3C"/>
        </w:pBdr>
      </w:pPr>
      <w:r>
        <w:t>3. Methodology or Analytical Approach</w:t>
      </w:r>
    </w:p>
    <w:p>
      <w:pPr>
        <w:pStyle w:val="TemplateInstruction"/>
      </w:pPr>
      <w:r>
        <w:t>Use this section where relevant. Explain the legal method, comparative method, doctrinal analysis, empirical method, dataset or other analytical approach. If not applicable, delete this section.</w:t>
      </w:r>
    </w:p>
    <w:p>
      <w:r>
        <w:t>[Insert methodology/approach here.]</w:t>
      </w:r>
    </w:p>
    <w:p>
      <w:pPr>
        <w:pStyle w:val="Heading1"/>
        <w:keepNext/>
        <w:pBdr>
          <w:bottom w:val="single" w:sz="8" w:space="1" w:color="C89B3C"/>
        </w:pBdr>
      </w:pPr>
      <w:r>
        <w:t>4. Analysis and Discussion</w:t>
      </w:r>
    </w:p>
    <w:p>
      <w:pPr>
        <w:pStyle w:val="TemplateInstruction"/>
      </w:pPr>
      <w:r>
        <w:t>Present the core analysis. Use descriptive subheadings to divide longer arguments.</w:t>
      </w:r>
    </w:p>
    <w:p>
      <w:pPr>
        <w:pStyle w:val="Heading2"/>
        <w:keepNext/>
      </w:pPr>
      <w:r>
        <w:t>4.1. [First analytical subheading]</w:t>
      </w:r>
    </w:p>
    <w:p>
      <w:r>
        <w:t>[Insert analysis here.]</w:t>
      </w:r>
    </w:p>
    <w:p>
      <w:pPr>
        <w:pStyle w:val="Heading2"/>
        <w:keepNext/>
      </w:pPr>
      <w:r>
        <w:t>4.2. [Second analytical subheading]</w:t>
      </w:r>
    </w:p>
    <w:p>
      <w:r>
        <w:t>[Insert analysis here.]</w:t>
      </w:r>
    </w:p>
    <w:p>
      <w:pPr>
        <w:pStyle w:val="Heading1"/>
        <w:keepNext/>
        <w:pBdr>
          <w:bottom w:val="single" w:sz="8" w:space="1" w:color="C89B3C"/>
        </w:pBdr>
      </w:pPr>
      <w:r>
        <w:t>5. Conclusion</w:t>
      </w:r>
    </w:p>
    <w:p>
      <w:pPr>
        <w:pStyle w:val="TemplateInstruction"/>
      </w:pPr>
      <w:r>
        <w:t>Summarise the principal conclusions, answer the research question(s), and identify any relevant legal, policy or practical implications. Do not introduce major new arguments here.</w:t>
      </w:r>
    </w:p>
    <w:p>
      <w:r>
        <w:t>[Insert conclusion here.]</w:t>
      </w:r>
    </w:p>
    <w:p>
      <w:pPr>
        <w:pStyle w:val="Heading1"/>
        <w:keepNext/>
        <w:pBdr>
          <w:bottom w:val="single" w:sz="8" w:space="1" w:color="C89B3C"/>
        </w:pBdr>
      </w:pPr>
      <w:r>
        <w:t>Declarations</w:t>
      </w:r>
    </w:p>
    <w:p>
      <w:pPr>
        <w:pStyle w:val="Heading2"/>
        <w:keepNext/>
      </w:pPr>
      <w:r>
        <w:t>Acknowledgements</w:t>
      </w:r>
    </w:p>
    <w:p>
      <w:pPr>
        <w:pStyle w:val="TemplateInstruction"/>
      </w:pPr>
      <w:r>
        <w:t>Optional. Acknowledge non-author contributions, institutional support or assistance.</w:t>
      </w:r>
    </w:p>
    <w:p>
      <w:r>
        <w:t>[None / Insert acknowledgements.]</w:t>
      </w:r>
    </w:p>
    <w:p>
      <w:pPr>
        <w:pStyle w:val="Heading2"/>
        <w:keepNext/>
      </w:pPr>
      <w:r>
        <w:t>Funding</w:t>
      </w:r>
    </w:p>
    <w:p>
      <w:pPr>
        <w:pStyle w:val="TemplateInstruction"/>
      </w:pPr>
      <w:r>
        <w:t>Identify all funding relevant to the work. If none, use the suggested statement.</w:t>
      </w:r>
    </w:p>
    <w:p>
      <w:r>
        <w:t>This research received no external funding.</w:t>
      </w:r>
    </w:p>
    <w:p>
      <w:pPr>
        <w:pStyle w:val="Heading2"/>
        <w:keepNext/>
      </w:pPr>
      <w:r>
        <w:t>Conflict of Interest</w:t>
      </w:r>
    </w:p>
    <w:p>
      <w:pPr>
        <w:pStyle w:val="TemplateInstruction"/>
      </w:pPr>
      <w:r>
        <w:t>Disclose any actual or potential conflict of interest. If none, use the suggested statement.</w:t>
      </w:r>
    </w:p>
    <w:p>
      <w:r>
        <w:t>The author(s) declare no conflict of interest.</w:t>
      </w:r>
    </w:p>
    <w:p>
      <w:pPr>
        <w:pStyle w:val="Heading2"/>
        <w:keepNext/>
      </w:pPr>
      <w:r>
        <w:t>Author Contributions</w:t>
      </w:r>
    </w:p>
    <w:p>
      <w:pPr>
        <w:pStyle w:val="TemplateInstruction"/>
      </w:pPr>
      <w:r>
        <w:t>Recommended for multi-author manuscripts. Briefly state each author’s contribution.</w:t>
      </w:r>
    </w:p>
    <w:p>
      <w:r>
        <w:t>[Author A: Conceptualisation, legal analysis, methodology, writing – original draft. Author B: Literature review, analysis, writing – review and editing.]</w:t>
      </w:r>
    </w:p>
    <w:p>
      <w:pPr>
        <w:pStyle w:val="Heading2"/>
        <w:keepNext/>
      </w:pPr>
      <w:r>
        <w:t>Ethics Statement</w:t>
      </w:r>
    </w:p>
    <w:p>
      <w:pPr>
        <w:pStyle w:val="TemplateInstruction"/>
      </w:pPr>
      <w:r>
        <w:t>Complete where research involves human participants, personal data or other ethical approval requirements. Otherwise state that it is not applicable.</w:t>
      </w:r>
    </w:p>
    <w:p>
      <w:r>
        <w:t>[Not applicable / Insert ethics approval or ethical considerations.]</w:t>
      </w:r>
    </w:p>
    <w:p>
      <w:pPr>
        <w:pStyle w:val="Heading2"/>
        <w:keepNext/>
      </w:pPr>
      <w:r>
        <w:t>Use of AI Tools</w:t>
      </w:r>
    </w:p>
    <w:p>
      <w:pPr>
        <w:pStyle w:val="TemplateInstruction"/>
      </w:pPr>
      <w:r>
        <w:t>If generative AI or other AI tools were used in a way that materially assisted drafting, analysis, translation or editing, disclose the use in accordance with the journal’s policy.</w:t>
      </w:r>
    </w:p>
    <w:p>
      <w:r>
        <w:t>[Not used / Insert disclosure.]</w:t>
      </w:r>
    </w:p>
    <w:p>
      <w:pPr>
        <w:pStyle w:val="Heading1"/>
        <w:keepNext/>
        <w:pBdr>
          <w:bottom w:val="single" w:sz="8" w:space="1" w:color="C89B3C"/>
        </w:pBdr>
      </w:pPr>
      <w:r>
        <w:t>References</w:t>
      </w:r>
    </w:p>
    <w:p>
      <w:pPr>
        <w:pStyle w:val="TemplateInstruction"/>
      </w:pPr>
      <w:r>
        <w:t>List every source cited in the manuscript. Use one consistent citation style throughout. Include DOI links or stable URLs where available. Enter the same reference list in the OJS References metadata field during submission.</w:t>
      </w:r>
    </w:p>
    <w:p>
      <w:r>
        <w:t>[Reference 1]</w:t>
      </w:r>
    </w:p>
    <w:p>
      <w:r>
        <w:t>[Reference 2]</w:t>
      </w:r>
    </w:p>
    <w:p>
      <w:r>
        <w:t>[Reference 3]</w:t>
      </w:r>
    </w:p>
    <w:p>
      <w:pPr>
        <w:pStyle w:val="Heading1"/>
        <w:keepNext/>
        <w:pBdr>
          <w:bottom w:val="single" w:sz="8" w:space="1" w:color="C89B3C"/>
        </w:pBdr>
      </w:pPr>
      <w:r>
        <w:t>Tables and Figures</w:t>
      </w:r>
    </w:p>
    <w:p>
      <w:pPr>
        <w:pStyle w:val="TemplateInstruction"/>
      </w:pPr>
      <w:r>
        <w:t>Insert tables and figures close to their first mention where practical. Number them consecutively and provide a clear caption and source. Authors are responsible for obtaining permission for third-party material.</w:t>
      </w:r>
    </w:p>
    <w:tbl>
      <w:tblPr>
        <w:tblStyle w:val="TableGrid"/>
        <w:tblW w:type="auto" w:w="0"/>
        <w:jc w:val="center"/>
        <w:tblLook w:firstColumn="1" w:firstRow="1" w:lastColumn="0" w:lastRow="0" w:noHBand="0" w:noVBand="1" w:val="04A0"/>
      </w:tblPr>
      <w:tblGrid>
        <w:gridCol w:w="4703"/>
        <w:gridCol w:w="4703"/>
      </w:tblGrid>
      <w:tr>
        <w:tc>
          <w:tcPr>
            <w:tcW w:type="dxa" w:w="4703"/>
            <w:shd w:fill="073B4C"/>
          </w:tcPr>
          <w:p>
            <w:r>
              <w:rPr>
                <w:b/>
                <w:color w:val="FFFFFF"/>
              </w:rPr>
              <w:t>Example Table 1</w:t>
            </w:r>
          </w:p>
        </w:tc>
        <w:tc>
          <w:tcPr>
            <w:tcW w:type="dxa" w:w="4703"/>
            <w:shd w:fill="073B4C"/>
          </w:tcPr>
          <w:p>
            <w:r>
              <w:rPr>
                <w:b/>
                <w:color w:val="FFFFFF"/>
              </w:rPr>
              <w:t>[Descriptive title]</w:t>
            </w:r>
          </w:p>
        </w:tc>
      </w:tr>
      <w:tr>
        <w:tc>
          <w:tcPr>
            <w:tcW w:type="dxa" w:w="4703"/>
          </w:tcPr>
          <w:p>
            <w:r>
              <w:t>Category</w:t>
            </w:r>
          </w:p>
        </w:tc>
        <w:tc>
          <w:tcPr>
            <w:tcW w:type="dxa" w:w="4703"/>
          </w:tcPr>
          <w:p>
            <w:r>
              <w:t>Value / Description</w:t>
            </w:r>
          </w:p>
        </w:tc>
      </w:tr>
      <w:tr>
        <w:tc>
          <w:tcPr>
            <w:tcW w:type="dxa" w:w="4703"/>
          </w:tcPr>
          <w:p>
            <w:r>
              <w:t>[Item]</w:t>
            </w:r>
          </w:p>
        </w:tc>
        <w:tc>
          <w:tcPr>
            <w:tcW w:type="dxa" w:w="4703"/>
          </w:tcPr>
          <w:p>
            <w:r>
              <w:t>[Data]</w:t>
            </w:r>
          </w:p>
        </w:tc>
      </w:tr>
    </w:tbl>
    <w:p>
      <w:pPr>
        <w:pStyle w:val="Heading1"/>
        <w:keepNext/>
        <w:pBdr>
          <w:bottom w:val="single" w:sz="8" w:space="1" w:color="C89B3C"/>
        </w:pBdr>
      </w:pPr>
      <w:r>
        <w:t>Formatting checklist</w:t>
      </w:r>
    </w:p>
    <w:p>
      <w:pPr>
        <w:pStyle w:val="ListBullet"/>
        <w:spacing w:after="40"/>
      </w:pPr>
      <w:r>
        <w:t>Use clear academic English and consistent legal terminology.</w:t>
      </w:r>
    </w:p>
    <w:p>
      <w:pPr>
        <w:pStyle w:val="ListBullet"/>
        <w:spacing w:after="40"/>
      </w:pPr>
      <w:r>
        <w:t>Use A4 page size and readable standard formatting. This template uses Times New Roman, 12 pt, 1.5 line spacing.</w:t>
      </w:r>
    </w:p>
    <w:p>
      <w:pPr>
        <w:pStyle w:val="ListBullet"/>
        <w:spacing w:after="40"/>
      </w:pPr>
      <w:r>
        <w:t>Use numbered headings where they improve clarity.</w:t>
      </w:r>
    </w:p>
    <w:p>
      <w:pPr>
        <w:pStyle w:val="ListBullet"/>
        <w:spacing w:after="40"/>
      </w:pPr>
      <w:r>
        <w:t>Keep quotations accurate and clearly attributed.</w:t>
      </w:r>
    </w:p>
    <w:p>
      <w:pPr>
        <w:pStyle w:val="ListBullet"/>
        <w:spacing w:after="40"/>
      </w:pPr>
      <w:r>
        <w:t>Check that every in-text or footnote citation has a corresponding reference entry where required by the selected citation style.</w:t>
      </w:r>
    </w:p>
    <w:p>
      <w:pPr>
        <w:pStyle w:val="ListBullet"/>
        <w:spacing w:after="40"/>
      </w:pPr>
      <w:r>
        <w:t>Check all author names, affiliations, ORCID iDs, references, DOIs and URLs before submission.</w:t>
      </w:r>
    </w:p>
    <w:p>
      <w:pPr>
        <w:pStyle w:val="ListBullet"/>
        <w:spacing w:after="40"/>
      </w:pPr>
      <w:r>
        <w:t>Remove all blue instructional text and unused placeholder sections before uploading the final manuscript.</w:t>
      </w:r>
    </w:p>
    <w:p>
      <w:pPr>
        <w:pStyle w:val="TemplateInstruction"/>
      </w:pPr>
      <w:r>
        <w:t xml:space="preserve">Journal website: </w:t>
      </w:r>
      <w:hyperlink r:id="rId11">
        <w:r>
          <w:rPr>
            <w:color w:val="1E5A7A"/>
            <w:u w:val="single"/>
            <w:rFonts w:ascii="Arial" w:hAnsi="Arial"/>
            <w:sz w:val="20"/>
          </w:rPr>
          <w:t>journal.ghlegal.se</w:t>
        </w:r>
      </w:hyperlink>
    </w:p>
    <w:sectPr w:rsidR="00FC693F" w:rsidRPr="0006063C" w:rsidSect="00034616">
      <w:headerReference w:type="default" r:id="rId9"/>
      <w:footerReference w:type="default" r:id="rId10"/>
      <w:pgSz w:w="12240" w:h="15840"/>
      <w:pgMar w:top="1304"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6B73"/>
        <w:sz w:val="17"/>
      </w:rPr>
      <w:t>EJLLP Manuscript Template  |  journal.ghlegal.se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4" w:space="1" w:color="C89B3C"/>
      </w:pBdr>
    </w:pPr>
    <w:r>
      <w:rPr>
        <w:rFonts w:ascii="Arial" w:hAnsi="Arial"/>
        <w:b/>
        <w:color w:val="073B4C"/>
        <w:sz w:val="18"/>
      </w:rPr>
      <w:t>EUROPEAN JOURNAL OF LAW AND LEGAL PRACTICE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b/>
      <w:bCs/>
      <w:color w:val="073B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b/>
      <w:bCs/>
      <w:color w:val="073B4C"/>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Times New Roman" w:hAnsi="Times New Roman"/>
      <w:b/>
      <w:bCs/>
      <w:color w:val="073B4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Times New Roman" w:hAnsi="Times New Roman"/>
      <w:b/>
      <w:color w:val="073B4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mplateInstruction">
    <w:name w:val="Template Instruction"/>
    <w:pPr>
      <w:spacing w:after="80" w:line="252" w:lineRule="auto"/>
    </w:pPr>
    <w:rPr>
      <w:rFonts w:ascii="Arial" w:hAnsi="Arial"/>
      <w:i/>
      <w:color w:val="1E5A7A"/>
      <w:sz w:val="19"/>
    </w:rPr>
  </w:style>
  <w:style w:type="paragraph" w:customStyle="1" w:styleId="MetadataLabel">
    <w:name w:val="Metadata Label"/>
    <w:pPr>
      <w:spacing w:after="0"/>
    </w:pPr>
    <w:rPr>
      <w:rFonts w:ascii="Arial" w:hAnsi="Arial"/>
      <w:b/>
      <w:color w:val="5F6B73"/>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journal.ghleg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EJLLP Manuscript Template</dc:title>
  <dc:subject>Manuscript template for the European Journal of Law and Legal Practice</dc:subject>
  <dc:creator>European Journal of Law and Legal Practice (EJLLP)</dc:creator>
  <cp:keywords>EJLLP, manuscript template, legal journal, academic publishing</cp:keywords>
  <dc:description>Official manuscript preparation template.</dc:description>
  <cp:lastModifiedBy/>
  <cp:revision>1</cp:revision>
  <dcterms:created xsi:type="dcterms:W3CDTF">2013-12-23T23:15:00Z</dcterms:created>
  <dcterms:modified xsi:type="dcterms:W3CDTF">2013-12-23T23:15:00Z</dcterms:modified>
  <cp:category/>
</cp:coreProperties>
</file>